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052B5" w14:textId="77777777" w:rsidR="001C3A77" w:rsidRDefault="001C3A77"/>
    <w:tbl>
      <w:tblPr>
        <w:tblW w:w="0" w:type="auto"/>
        <w:jc w:val="center"/>
        <w:tblLayout w:type="fixed"/>
        <w:tblLook w:val="04A0" w:firstRow="1" w:lastRow="0" w:firstColumn="1" w:lastColumn="0" w:noHBand="0" w:noVBand="1"/>
      </w:tblPr>
      <w:tblGrid>
        <w:gridCol w:w="5074"/>
        <w:gridCol w:w="300"/>
        <w:gridCol w:w="5074"/>
      </w:tblGrid>
      <w:tr w:rsidR="00540FB0" w14:paraId="6E2E6F0B" w14:textId="77777777" w:rsidTr="00085B46">
        <w:trPr>
          <w:trHeight w:val="14922"/>
          <w:jc w:val="center"/>
        </w:trPr>
        <w:tc>
          <w:tcPr>
            <w:tcW w:w="5074" w:type="dxa"/>
            <w:tcMar>
              <w:top w:w="0" w:type="dxa"/>
              <w:left w:w="35" w:type="dxa"/>
              <w:bottom w:w="0" w:type="dxa"/>
              <w:right w:w="35" w:type="dxa"/>
            </w:tcMar>
          </w:tcPr>
          <w:p w14:paraId="621D0DA2" w14:textId="77777777" w:rsidR="00540FB0" w:rsidRDefault="00000000">
            <w:pPr>
              <w:spacing w:after="80" w:line="259" w:lineRule="auto"/>
              <w:rPr>
                <w:b/>
                <w:color w:val="7E36A4"/>
                <w:sz w:val="28"/>
                <w:szCs w:val="28"/>
                <w:u w:val="single"/>
              </w:rPr>
            </w:pPr>
            <w:r w:rsidRPr="001C3A77">
              <w:rPr>
                <w:b/>
                <w:color w:val="7E36A4"/>
                <w:sz w:val="28"/>
                <w:szCs w:val="28"/>
                <w:u w:val="single"/>
              </w:rPr>
              <w:t>Services for next week:</w:t>
            </w:r>
          </w:p>
          <w:p w14:paraId="275BA25B" w14:textId="77777777" w:rsidR="001C3A77" w:rsidRPr="001C3A77" w:rsidRDefault="001C3A77">
            <w:pPr>
              <w:spacing w:after="80" w:line="259" w:lineRule="auto"/>
              <w:rPr>
                <w:sz w:val="28"/>
                <w:szCs w:val="28"/>
              </w:rPr>
            </w:pPr>
          </w:p>
          <w:p w14:paraId="0FA0D9F5" w14:textId="77777777" w:rsidR="00540FB0" w:rsidRPr="001C3A77" w:rsidRDefault="00000000">
            <w:pPr>
              <w:spacing w:before="40" w:after="80" w:line="259" w:lineRule="auto"/>
              <w:rPr>
                <w:sz w:val="24"/>
                <w:szCs w:val="24"/>
              </w:rPr>
            </w:pPr>
            <w:r w:rsidRPr="001C3A77">
              <w:rPr>
                <w:b/>
                <w:color w:val="699C43"/>
                <w:sz w:val="24"/>
                <w:szCs w:val="24"/>
                <w:u w:val="single"/>
              </w:rPr>
              <w:t>Hampton-in-Arden</w:t>
            </w:r>
          </w:p>
          <w:p w14:paraId="6BECD087" w14:textId="77777777" w:rsidR="001C3A77" w:rsidRDefault="00000000">
            <w:pPr>
              <w:spacing w:line="259" w:lineRule="auto"/>
              <w:rPr>
                <w:sz w:val="18"/>
              </w:rPr>
            </w:pPr>
            <w:r w:rsidRPr="001C3A77">
              <w:rPr>
                <w:b/>
                <w:sz w:val="20"/>
                <w:szCs w:val="20"/>
              </w:rPr>
              <w:t>Thursday 12th November</w:t>
            </w:r>
            <w:r>
              <w:rPr>
                <w:b/>
                <w:sz w:val="18"/>
              </w:rPr>
              <w:br/>
            </w:r>
            <w:r w:rsidRPr="00F47009">
              <w:rPr>
                <w:sz w:val="24"/>
                <w:szCs w:val="24"/>
              </w:rPr>
              <w:t>10am Holy Communion</w:t>
            </w:r>
          </w:p>
          <w:p w14:paraId="28D63C8F" w14:textId="4502EF1D" w:rsidR="00540FB0" w:rsidRDefault="00000000">
            <w:pPr>
              <w:spacing w:line="259" w:lineRule="auto"/>
            </w:pPr>
            <w:r>
              <w:rPr>
                <w:sz w:val="18"/>
              </w:rPr>
              <w:br/>
            </w:r>
            <w:r w:rsidRPr="001C3A77">
              <w:rPr>
                <w:b/>
                <w:sz w:val="20"/>
                <w:szCs w:val="20"/>
              </w:rPr>
              <w:t>Sunday 15th November</w:t>
            </w:r>
            <w:r>
              <w:rPr>
                <w:b/>
                <w:sz w:val="18"/>
              </w:rPr>
              <w:br/>
            </w:r>
            <w:r w:rsidRPr="00F47009">
              <w:rPr>
                <w:sz w:val="24"/>
                <w:szCs w:val="24"/>
              </w:rPr>
              <w:t>8.15am Common Worship</w:t>
            </w:r>
            <w:r w:rsidR="00B6629D">
              <w:rPr>
                <w:sz w:val="24"/>
                <w:szCs w:val="24"/>
              </w:rPr>
              <w:t xml:space="preserve"> Eucharist</w:t>
            </w:r>
            <w:r w:rsidRPr="00F47009">
              <w:rPr>
                <w:sz w:val="24"/>
                <w:szCs w:val="24"/>
              </w:rPr>
              <w:br/>
              <w:t xml:space="preserve">11am </w:t>
            </w:r>
            <w:r w:rsidR="00B6629D">
              <w:rPr>
                <w:sz w:val="24"/>
                <w:szCs w:val="24"/>
              </w:rPr>
              <w:t>Family</w:t>
            </w:r>
            <w:r w:rsidRPr="00F47009">
              <w:rPr>
                <w:sz w:val="24"/>
                <w:szCs w:val="24"/>
              </w:rPr>
              <w:t xml:space="preserve"> Eucharist</w:t>
            </w:r>
            <w:r w:rsidRPr="00F47009">
              <w:rPr>
                <w:sz w:val="24"/>
                <w:szCs w:val="24"/>
              </w:rPr>
              <w:br/>
              <w:t>6.30pm Even</w:t>
            </w:r>
            <w:r w:rsidR="00B6629D">
              <w:rPr>
                <w:sz w:val="24"/>
                <w:szCs w:val="24"/>
              </w:rPr>
              <w:t>s</w:t>
            </w:r>
            <w:r w:rsidRPr="00F47009">
              <w:rPr>
                <w:sz w:val="24"/>
                <w:szCs w:val="24"/>
              </w:rPr>
              <w:t>ong</w:t>
            </w:r>
          </w:p>
          <w:p w14:paraId="3DDE0866" w14:textId="77777777" w:rsidR="00540FB0" w:rsidRPr="001C3A77" w:rsidRDefault="00000000">
            <w:pPr>
              <w:spacing w:before="160" w:after="80" w:line="259" w:lineRule="auto"/>
              <w:rPr>
                <w:sz w:val="24"/>
                <w:szCs w:val="24"/>
              </w:rPr>
            </w:pPr>
            <w:r w:rsidRPr="001C3A77">
              <w:rPr>
                <w:b/>
                <w:color w:val="699C43"/>
                <w:sz w:val="24"/>
                <w:szCs w:val="24"/>
                <w:u w:val="single"/>
              </w:rPr>
              <w:t>Bickenhill</w:t>
            </w:r>
          </w:p>
          <w:p w14:paraId="09F511B7" w14:textId="62EFB740" w:rsidR="00540FB0" w:rsidRDefault="00000000">
            <w:pPr>
              <w:spacing w:line="259" w:lineRule="auto"/>
            </w:pPr>
            <w:r w:rsidRPr="001C3A77">
              <w:rPr>
                <w:b/>
                <w:sz w:val="20"/>
                <w:szCs w:val="20"/>
              </w:rPr>
              <w:t>Sunday 15th November</w:t>
            </w:r>
            <w:r>
              <w:rPr>
                <w:b/>
                <w:sz w:val="18"/>
              </w:rPr>
              <w:br/>
            </w:r>
            <w:r w:rsidRPr="00F47009">
              <w:rPr>
                <w:sz w:val="24"/>
                <w:szCs w:val="24"/>
              </w:rPr>
              <w:t>1</w:t>
            </w:r>
            <w:r w:rsidR="00B6629D">
              <w:rPr>
                <w:sz w:val="24"/>
                <w:szCs w:val="24"/>
              </w:rPr>
              <w:t>1</w:t>
            </w:r>
            <w:r w:rsidRPr="00F47009">
              <w:rPr>
                <w:sz w:val="24"/>
                <w:szCs w:val="24"/>
              </w:rPr>
              <w:t>.</w:t>
            </w:r>
            <w:r w:rsidR="00B6629D">
              <w:rPr>
                <w:sz w:val="24"/>
                <w:szCs w:val="24"/>
              </w:rPr>
              <w:t>00</w:t>
            </w:r>
            <w:r w:rsidRPr="00F47009">
              <w:rPr>
                <w:sz w:val="24"/>
                <w:szCs w:val="24"/>
              </w:rPr>
              <w:t>am Matins</w:t>
            </w:r>
          </w:p>
          <w:p w14:paraId="19B55919" w14:textId="77777777" w:rsidR="00540FB0" w:rsidRPr="001C3A77" w:rsidRDefault="00000000">
            <w:pPr>
              <w:spacing w:before="160" w:after="80" w:line="259" w:lineRule="auto"/>
              <w:rPr>
                <w:sz w:val="24"/>
                <w:szCs w:val="24"/>
              </w:rPr>
            </w:pPr>
            <w:r w:rsidRPr="001C3A77">
              <w:rPr>
                <w:b/>
                <w:color w:val="699C43"/>
                <w:sz w:val="24"/>
                <w:szCs w:val="24"/>
                <w:u w:val="single"/>
              </w:rPr>
              <w:t>Barston</w:t>
            </w:r>
          </w:p>
          <w:p w14:paraId="5D27CFB9" w14:textId="77777777" w:rsidR="00540FB0" w:rsidRPr="001C3A77" w:rsidRDefault="00000000">
            <w:pPr>
              <w:spacing w:line="259" w:lineRule="auto"/>
              <w:rPr>
                <w:sz w:val="20"/>
                <w:szCs w:val="20"/>
              </w:rPr>
            </w:pPr>
            <w:r w:rsidRPr="001C3A77">
              <w:rPr>
                <w:b/>
                <w:sz w:val="20"/>
                <w:szCs w:val="20"/>
              </w:rPr>
              <w:t>Sunday 15th November</w:t>
            </w:r>
          </w:p>
          <w:p w14:paraId="5B58DC86" w14:textId="77777777" w:rsidR="00540FB0" w:rsidRPr="00F47009" w:rsidRDefault="00000000">
            <w:pPr>
              <w:spacing w:line="259" w:lineRule="auto"/>
              <w:rPr>
                <w:sz w:val="24"/>
                <w:szCs w:val="24"/>
              </w:rPr>
            </w:pPr>
            <w:r w:rsidRPr="00F47009">
              <w:rPr>
                <w:sz w:val="24"/>
                <w:szCs w:val="24"/>
              </w:rPr>
              <w:t>9.45am Prayer Time</w:t>
            </w:r>
          </w:p>
          <w:p w14:paraId="7B10E53B" w14:textId="77777777" w:rsidR="00540FB0" w:rsidRPr="00F47009" w:rsidRDefault="00000000">
            <w:pPr>
              <w:spacing w:line="259" w:lineRule="auto"/>
              <w:rPr>
                <w:sz w:val="24"/>
                <w:szCs w:val="24"/>
              </w:rPr>
            </w:pPr>
            <w:r w:rsidRPr="00F47009">
              <w:rPr>
                <w:sz w:val="24"/>
                <w:szCs w:val="24"/>
              </w:rPr>
              <w:t>10.30am Morning Prayer. Matt will be preaching.</w:t>
            </w:r>
          </w:p>
          <w:p w14:paraId="5236FF7E" w14:textId="77777777" w:rsidR="00540FB0" w:rsidRPr="00F47009" w:rsidRDefault="00000000">
            <w:pPr>
              <w:spacing w:before="220" w:after="80" w:line="259" w:lineRule="auto"/>
              <w:rPr>
                <w:sz w:val="28"/>
                <w:szCs w:val="28"/>
              </w:rPr>
            </w:pPr>
            <w:r w:rsidRPr="00F47009">
              <w:rPr>
                <w:b/>
                <w:color w:val="4776B2"/>
                <w:sz w:val="28"/>
                <w:szCs w:val="28"/>
                <w:u w:val="single"/>
              </w:rPr>
              <w:t>Readings:</w:t>
            </w:r>
          </w:p>
          <w:p w14:paraId="22F476BE" w14:textId="77777777" w:rsidR="00540FB0" w:rsidRPr="00F47009" w:rsidRDefault="00000000">
            <w:pPr>
              <w:spacing w:line="259" w:lineRule="auto"/>
              <w:rPr>
                <w:sz w:val="24"/>
                <w:szCs w:val="24"/>
              </w:rPr>
            </w:pPr>
            <w:r w:rsidRPr="00F47009">
              <w:rPr>
                <w:sz w:val="24"/>
                <w:szCs w:val="24"/>
              </w:rPr>
              <w:t>1 Thessalonians 5:1–11 and Matthew 25:14–30</w:t>
            </w:r>
          </w:p>
          <w:p w14:paraId="177C1511" w14:textId="77777777" w:rsidR="00540FB0" w:rsidRPr="00F47009" w:rsidRDefault="00000000">
            <w:pPr>
              <w:spacing w:before="240" w:after="80" w:line="259" w:lineRule="auto"/>
              <w:rPr>
                <w:sz w:val="28"/>
                <w:szCs w:val="28"/>
              </w:rPr>
            </w:pPr>
            <w:r w:rsidRPr="00F47009">
              <w:rPr>
                <w:b/>
                <w:color w:val="BA5C1E"/>
                <w:sz w:val="28"/>
                <w:szCs w:val="28"/>
                <w:u w:val="single"/>
              </w:rPr>
              <w:t>We pray for:</w:t>
            </w:r>
          </w:p>
          <w:p w14:paraId="0E40EFF1" w14:textId="77777777" w:rsidR="00540FB0" w:rsidRPr="00F47009" w:rsidRDefault="00000000">
            <w:pPr>
              <w:spacing w:line="259" w:lineRule="auto"/>
              <w:rPr>
                <w:sz w:val="24"/>
                <w:szCs w:val="24"/>
              </w:rPr>
            </w:pPr>
            <w:r w:rsidRPr="00F47009">
              <w:rPr>
                <w:sz w:val="24"/>
                <w:szCs w:val="24"/>
              </w:rPr>
              <w:t>Judy Middleton, David Mort, Ann Hall, Tony Worthington, Mona Cardall, Dot Barton, Richard Herne, David Vickers, Vickey Cardwell, Chris and Michelle Cluley, Kevin, Michele Garrison, Owen Cooling, Rev. Stuart Dimes, Paul Pilkington-Birch, Roger Abrahams, Morris Dobbie, Doreen Morris, Robin Mortimore, Keith Ward, Rick Smallwood, Gwen Eley, Pauline Tutchings and Trixie Harman.</w:t>
            </w:r>
          </w:p>
          <w:p w14:paraId="6C419DF4" w14:textId="77777777" w:rsidR="00540FB0" w:rsidRPr="00F47009" w:rsidRDefault="00000000">
            <w:pPr>
              <w:spacing w:before="200" w:line="259" w:lineRule="auto"/>
              <w:rPr>
                <w:sz w:val="24"/>
                <w:szCs w:val="24"/>
              </w:rPr>
            </w:pPr>
            <w:r w:rsidRPr="00F47009">
              <w:rPr>
                <w:sz w:val="24"/>
                <w:szCs w:val="24"/>
              </w:rPr>
              <w:t>We also pray for the families of those who have died, in particular Dr Alfred “Clem” Cottrill.</w:t>
            </w:r>
          </w:p>
          <w:p w14:paraId="2C559CB1" w14:textId="77777777" w:rsidR="00540FB0" w:rsidRPr="00F47009" w:rsidRDefault="00000000">
            <w:pPr>
              <w:spacing w:before="100" w:line="259" w:lineRule="auto"/>
              <w:rPr>
                <w:sz w:val="24"/>
                <w:szCs w:val="24"/>
              </w:rPr>
            </w:pPr>
            <w:r w:rsidRPr="00F47009">
              <w:rPr>
                <w:sz w:val="24"/>
                <w:szCs w:val="24"/>
              </w:rPr>
              <w:t>If you would like someone to be prayed for, please let us know:</w:t>
            </w:r>
          </w:p>
          <w:p w14:paraId="6B69004C" w14:textId="77777777" w:rsidR="00540FB0" w:rsidRPr="00F47009" w:rsidRDefault="00000000">
            <w:pPr>
              <w:spacing w:line="259" w:lineRule="auto"/>
              <w:rPr>
                <w:sz w:val="24"/>
                <w:szCs w:val="24"/>
              </w:rPr>
            </w:pPr>
            <w:r w:rsidRPr="00F47009">
              <w:rPr>
                <w:color w:val="4776B2"/>
                <w:sz w:val="24"/>
                <w:szCs w:val="24"/>
                <w:u w:val="single"/>
              </w:rPr>
              <w:t>office@hamptoninardenchurch.org.uk</w:t>
            </w:r>
          </w:p>
          <w:p w14:paraId="363D672F" w14:textId="77777777" w:rsidR="00540FB0" w:rsidRPr="00F47009" w:rsidRDefault="00000000">
            <w:pPr>
              <w:spacing w:before="460" w:line="259" w:lineRule="auto"/>
              <w:rPr>
                <w:sz w:val="24"/>
                <w:szCs w:val="24"/>
              </w:rPr>
            </w:pPr>
            <w:r w:rsidRPr="00F47009">
              <w:rPr>
                <w:b/>
                <w:color w:val="00B050"/>
                <w:sz w:val="24"/>
                <w:szCs w:val="24"/>
              </w:rPr>
              <w:t>Please recycle this pew slip.</w:t>
            </w:r>
          </w:p>
        </w:tc>
        <w:tc>
          <w:tcPr>
            <w:tcW w:w="300" w:type="dxa"/>
            <w:tcMar>
              <w:top w:w="0" w:type="dxa"/>
              <w:left w:w="35" w:type="dxa"/>
              <w:bottom w:w="0" w:type="dxa"/>
              <w:right w:w="35" w:type="dxa"/>
            </w:tcMar>
          </w:tcPr>
          <w:p w14:paraId="6CAC4E6A" w14:textId="77777777" w:rsidR="00540FB0" w:rsidRDefault="00540FB0"/>
        </w:tc>
        <w:tc>
          <w:tcPr>
            <w:tcW w:w="5074" w:type="dxa"/>
            <w:tcMar>
              <w:top w:w="0" w:type="dxa"/>
              <w:left w:w="35" w:type="dxa"/>
              <w:bottom w:w="0" w:type="dxa"/>
              <w:right w:w="35" w:type="dxa"/>
            </w:tcMar>
          </w:tcPr>
          <w:p w14:paraId="29491845" w14:textId="77777777" w:rsidR="00540FB0" w:rsidRDefault="00000000">
            <w:pPr>
              <w:spacing w:line="259" w:lineRule="auto"/>
            </w:pPr>
            <w:r>
              <w:rPr>
                <w:noProof/>
              </w:rPr>
              <w:drawing>
                <wp:inline distT="0" distB="0" distL="0" distR="0" wp14:anchorId="62A84D8C" wp14:editId="0DAE3628">
                  <wp:extent cx="3066905" cy="1229360"/>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header.png"/>
                          <pic:cNvPicPr/>
                        </pic:nvPicPr>
                        <pic:blipFill>
                          <a:blip r:embed="rId6"/>
                          <a:stretch>
                            <a:fillRect/>
                          </a:stretch>
                        </pic:blipFill>
                        <pic:spPr>
                          <a:xfrm>
                            <a:off x="0" y="0"/>
                            <a:ext cx="3081938" cy="1235386"/>
                          </a:xfrm>
                          <a:prstGeom prst="rect">
                            <a:avLst/>
                          </a:prstGeom>
                        </pic:spPr>
                      </pic:pic>
                    </a:graphicData>
                  </a:graphic>
                </wp:inline>
              </w:drawing>
            </w:r>
          </w:p>
          <w:p w14:paraId="7434C7EF" w14:textId="77777777" w:rsidR="00540FB0" w:rsidRPr="00002091" w:rsidRDefault="00000000">
            <w:pPr>
              <w:spacing w:before="140" w:line="259" w:lineRule="auto"/>
              <w:rPr>
                <w:sz w:val="32"/>
                <w:szCs w:val="32"/>
              </w:rPr>
            </w:pPr>
            <w:r w:rsidRPr="00002091">
              <w:rPr>
                <w:b/>
                <w:sz w:val="32"/>
                <w:szCs w:val="32"/>
                <w:u w:val="single"/>
              </w:rPr>
              <w:t>Hampton. Barston. Bickenhill.</w:t>
            </w:r>
          </w:p>
          <w:p w14:paraId="27E716DC" w14:textId="77777777" w:rsidR="00540FB0" w:rsidRPr="00002091" w:rsidRDefault="00000000">
            <w:pPr>
              <w:spacing w:line="259" w:lineRule="auto"/>
              <w:rPr>
                <w:sz w:val="24"/>
                <w:szCs w:val="24"/>
              </w:rPr>
            </w:pPr>
            <w:r w:rsidRPr="00002091">
              <w:rPr>
                <w:b/>
                <w:sz w:val="24"/>
                <w:szCs w:val="24"/>
              </w:rPr>
              <w:t>Three Churches Together.</w:t>
            </w:r>
          </w:p>
          <w:p w14:paraId="6764B349" w14:textId="77777777" w:rsidR="00540FB0" w:rsidRPr="00002091" w:rsidRDefault="00000000">
            <w:pPr>
              <w:spacing w:before="240" w:line="259" w:lineRule="auto"/>
              <w:rPr>
                <w:sz w:val="24"/>
                <w:szCs w:val="24"/>
              </w:rPr>
            </w:pPr>
            <w:r w:rsidRPr="00002091">
              <w:rPr>
                <w:b/>
                <w:i/>
                <w:sz w:val="24"/>
                <w:szCs w:val="24"/>
              </w:rPr>
              <w:t>Sharing God’s Love, Growing Faith and Worshipping Together.</w:t>
            </w:r>
          </w:p>
          <w:p w14:paraId="1D3EEEA8" w14:textId="77777777" w:rsidR="00540FB0" w:rsidRPr="00D668E0" w:rsidRDefault="00000000">
            <w:pPr>
              <w:spacing w:before="240" w:line="259" w:lineRule="auto"/>
              <w:rPr>
                <w:color w:val="EE0000"/>
                <w:sz w:val="28"/>
                <w:szCs w:val="28"/>
              </w:rPr>
            </w:pPr>
            <w:r w:rsidRPr="00D668E0">
              <w:rPr>
                <w:b/>
                <w:color w:val="EE0000"/>
                <w:sz w:val="28"/>
                <w:szCs w:val="28"/>
              </w:rPr>
              <w:t>8th November 2026 – Remembrance Sunday</w:t>
            </w:r>
          </w:p>
          <w:p w14:paraId="12567588" w14:textId="77777777" w:rsidR="00540FB0" w:rsidRPr="00002091" w:rsidRDefault="00000000">
            <w:pPr>
              <w:spacing w:before="240" w:after="80" w:line="259" w:lineRule="auto"/>
              <w:rPr>
                <w:b/>
                <w:color w:val="4776B2"/>
                <w:sz w:val="28"/>
                <w:szCs w:val="28"/>
                <w:u w:val="single"/>
              </w:rPr>
            </w:pPr>
            <w:r w:rsidRPr="00002091">
              <w:rPr>
                <w:b/>
                <w:color w:val="4776B2"/>
                <w:sz w:val="28"/>
                <w:szCs w:val="28"/>
                <w:u w:val="single"/>
              </w:rPr>
              <w:t>Thought for the week</w:t>
            </w:r>
          </w:p>
          <w:p w14:paraId="53FBE1BB" w14:textId="77777777" w:rsidR="00002091" w:rsidRDefault="00002091">
            <w:pPr>
              <w:spacing w:before="240" w:after="80" w:line="259" w:lineRule="auto"/>
            </w:pPr>
          </w:p>
          <w:p w14:paraId="19E7955C" w14:textId="77777777" w:rsidR="00540FB0" w:rsidRPr="00002091" w:rsidRDefault="00000000">
            <w:pPr>
              <w:spacing w:before="100" w:line="259" w:lineRule="auto"/>
              <w:rPr>
                <w:sz w:val="24"/>
                <w:szCs w:val="24"/>
              </w:rPr>
            </w:pPr>
            <w:r w:rsidRPr="00002091">
              <w:rPr>
                <w:b/>
                <w:sz w:val="24"/>
                <w:szCs w:val="24"/>
              </w:rPr>
              <w:t>“Blessed are the peacemakers; they will be called children of God.”</w:t>
            </w:r>
          </w:p>
          <w:p w14:paraId="6459B1AD" w14:textId="77777777" w:rsidR="00540FB0" w:rsidRPr="00002091" w:rsidRDefault="00000000">
            <w:pPr>
              <w:spacing w:before="120" w:line="259" w:lineRule="auto"/>
              <w:rPr>
                <w:sz w:val="24"/>
                <w:szCs w:val="24"/>
              </w:rPr>
            </w:pPr>
            <w:r w:rsidRPr="00002091">
              <w:rPr>
                <w:sz w:val="24"/>
                <w:szCs w:val="24"/>
              </w:rPr>
              <w:t>Who is Jesus talking about? They have seven characteristics.</w:t>
            </w:r>
          </w:p>
          <w:p w14:paraId="60023015" w14:textId="77777777" w:rsidR="00540FB0" w:rsidRPr="00002091" w:rsidRDefault="00000000">
            <w:pPr>
              <w:spacing w:before="140" w:line="259" w:lineRule="auto"/>
              <w:rPr>
                <w:sz w:val="24"/>
                <w:szCs w:val="24"/>
              </w:rPr>
            </w:pPr>
            <w:r w:rsidRPr="00002091">
              <w:rPr>
                <w:sz w:val="24"/>
                <w:szCs w:val="24"/>
              </w:rPr>
              <w:t xml:space="preserve">They are poor in spirit (:3), so look to God because they know that in and of </w:t>
            </w:r>
            <w:proofErr w:type="gramStart"/>
            <w:r w:rsidRPr="00002091">
              <w:rPr>
                <w:sz w:val="24"/>
                <w:szCs w:val="24"/>
              </w:rPr>
              <w:t>themselves</w:t>
            </w:r>
            <w:proofErr w:type="gramEnd"/>
            <w:r w:rsidRPr="00002091">
              <w:rPr>
                <w:sz w:val="24"/>
                <w:szCs w:val="24"/>
              </w:rPr>
              <w:t xml:space="preserve"> they are spiritually bankrupt. They mourn over their own sins as well as the sins of the world (:4). They are meek, humble people who are prepared to wait for the Lord to put things right (:5).</w:t>
            </w:r>
          </w:p>
          <w:p w14:paraId="4EFB8798" w14:textId="77777777" w:rsidR="00540FB0" w:rsidRPr="00002091" w:rsidRDefault="00000000">
            <w:pPr>
              <w:spacing w:before="140" w:line="259" w:lineRule="auto"/>
              <w:rPr>
                <w:sz w:val="24"/>
                <w:szCs w:val="24"/>
              </w:rPr>
            </w:pPr>
            <w:r w:rsidRPr="00002091">
              <w:rPr>
                <w:sz w:val="24"/>
                <w:szCs w:val="24"/>
              </w:rPr>
              <w:t>They hunger and thirst for justice (:6). They are merciful (:7), and pure in heart (:8), seeking peace without ulterior motives. And they are likely to face rejection because of standing with Jesus for justice (:10).</w:t>
            </w:r>
          </w:p>
          <w:p w14:paraId="418DB031" w14:textId="3D0D760A" w:rsidR="00002091" w:rsidRPr="00002091" w:rsidRDefault="00000000">
            <w:pPr>
              <w:spacing w:before="140" w:line="259" w:lineRule="auto"/>
              <w:rPr>
                <w:sz w:val="24"/>
                <w:szCs w:val="24"/>
              </w:rPr>
            </w:pPr>
            <w:r w:rsidRPr="00002091">
              <w:rPr>
                <w:sz w:val="24"/>
                <w:szCs w:val="24"/>
              </w:rPr>
              <w:t>Does this describe the leaders of the world to whom we often look to bring peace in the world? Does it describe us? It should describe those who follow Jesus, the Prince of Peace.</w:t>
            </w:r>
          </w:p>
          <w:p w14:paraId="7BA6B4D8" w14:textId="010FB25B" w:rsidR="00002091" w:rsidRPr="00002091" w:rsidRDefault="00000000" w:rsidP="00002091">
            <w:pPr>
              <w:spacing w:before="40" w:after="80"/>
              <w:rPr>
                <w:sz w:val="24"/>
                <w:szCs w:val="24"/>
              </w:rPr>
            </w:pPr>
            <w:r w:rsidRPr="00002091">
              <w:rPr>
                <w:b/>
                <w:sz w:val="24"/>
                <w:szCs w:val="24"/>
              </w:rPr>
              <w:t>Alan Black</w:t>
            </w:r>
          </w:p>
          <w:p w14:paraId="76110A3B" w14:textId="5DF0D84C" w:rsidR="00540FB0" w:rsidRPr="00002091" w:rsidRDefault="00000000">
            <w:pPr>
              <w:spacing w:before="260" w:after="80" w:line="259" w:lineRule="auto"/>
              <w:rPr>
                <w:sz w:val="32"/>
                <w:szCs w:val="32"/>
              </w:rPr>
            </w:pPr>
            <w:r w:rsidRPr="00002091">
              <w:rPr>
                <w:b/>
                <w:color w:val="4776B2"/>
                <w:sz w:val="32"/>
                <w:szCs w:val="32"/>
                <w:u w:val="single"/>
              </w:rPr>
              <w:t>Collect</w:t>
            </w:r>
          </w:p>
          <w:p w14:paraId="06C27C7D" w14:textId="77777777" w:rsidR="00540FB0" w:rsidRPr="00002091" w:rsidRDefault="00000000">
            <w:pPr>
              <w:spacing w:line="259" w:lineRule="auto"/>
              <w:rPr>
                <w:sz w:val="24"/>
                <w:szCs w:val="24"/>
              </w:rPr>
            </w:pPr>
            <w:r w:rsidRPr="00002091">
              <w:rPr>
                <w:sz w:val="24"/>
                <w:szCs w:val="24"/>
              </w:rPr>
              <w:t>God, our refuge and strength,</w:t>
            </w:r>
            <w:r w:rsidRPr="00002091">
              <w:rPr>
                <w:sz w:val="24"/>
                <w:szCs w:val="24"/>
              </w:rPr>
              <w:br/>
              <w:t>bring near the day when wars shall cease</w:t>
            </w:r>
            <w:r w:rsidRPr="00002091">
              <w:rPr>
                <w:sz w:val="24"/>
                <w:szCs w:val="24"/>
              </w:rPr>
              <w:br/>
              <w:t>and poverty and pain shall end,</w:t>
            </w:r>
            <w:r w:rsidRPr="00002091">
              <w:rPr>
                <w:sz w:val="24"/>
                <w:szCs w:val="24"/>
              </w:rPr>
              <w:br/>
              <w:t>that earth may know the peace of heaven</w:t>
            </w:r>
            <w:r w:rsidRPr="00002091">
              <w:rPr>
                <w:sz w:val="24"/>
                <w:szCs w:val="24"/>
              </w:rPr>
              <w:br/>
              <w:t>through Jesus Christ our Lord.</w:t>
            </w:r>
          </w:p>
        </w:tc>
      </w:tr>
    </w:tbl>
    <w:p w14:paraId="0666FC93" w14:textId="77777777" w:rsidR="00540FB0" w:rsidRDefault="00000000">
      <w:r>
        <w:br w:type="page"/>
      </w:r>
    </w:p>
    <w:tbl>
      <w:tblPr>
        <w:tblW w:w="0" w:type="auto"/>
        <w:jc w:val="center"/>
        <w:tblLayout w:type="fixed"/>
        <w:tblLook w:val="04A0" w:firstRow="1" w:lastRow="0" w:firstColumn="1" w:lastColumn="0" w:noHBand="0" w:noVBand="1"/>
      </w:tblPr>
      <w:tblGrid>
        <w:gridCol w:w="5060"/>
        <w:gridCol w:w="300"/>
        <w:gridCol w:w="5060"/>
      </w:tblGrid>
      <w:tr w:rsidR="00540FB0" w14:paraId="0E80B748" w14:textId="77777777" w:rsidTr="00B27F1F">
        <w:trPr>
          <w:trHeight w:val="15315"/>
          <w:jc w:val="center"/>
        </w:trPr>
        <w:tc>
          <w:tcPr>
            <w:tcW w:w="5060" w:type="dxa"/>
            <w:tcMar>
              <w:top w:w="0" w:type="dxa"/>
              <w:left w:w="35" w:type="dxa"/>
              <w:bottom w:w="0" w:type="dxa"/>
              <w:right w:w="35" w:type="dxa"/>
            </w:tcMar>
          </w:tcPr>
          <w:p w14:paraId="37F44561" w14:textId="77777777" w:rsidR="00540FB0" w:rsidRPr="00D668E0" w:rsidRDefault="00000000">
            <w:pPr>
              <w:spacing w:after="80" w:line="259" w:lineRule="auto"/>
              <w:rPr>
                <w:sz w:val="28"/>
                <w:szCs w:val="28"/>
              </w:rPr>
            </w:pPr>
            <w:r w:rsidRPr="00D668E0">
              <w:rPr>
                <w:b/>
                <w:color w:val="699C43"/>
                <w:sz w:val="28"/>
                <w:szCs w:val="28"/>
                <w:u w:val="single"/>
              </w:rPr>
              <w:lastRenderedPageBreak/>
              <w:t>Hampton</w:t>
            </w:r>
          </w:p>
          <w:p w14:paraId="311679FF" w14:textId="77777777" w:rsidR="00540FB0" w:rsidRPr="00484FC5" w:rsidRDefault="00000000">
            <w:pPr>
              <w:spacing w:before="100" w:line="259" w:lineRule="auto"/>
              <w:ind w:left="200" w:hanging="200"/>
              <w:rPr>
                <w:sz w:val="22"/>
              </w:rPr>
            </w:pPr>
            <w:r w:rsidRPr="00484FC5">
              <w:rPr>
                <w:sz w:val="22"/>
              </w:rPr>
              <w:t xml:space="preserve">• </w:t>
            </w:r>
            <w:r w:rsidRPr="009A2F63">
              <w:rPr>
                <w:b/>
                <w:bCs/>
                <w:color w:val="4BACC6" w:themeColor="accent5"/>
                <w:sz w:val="22"/>
              </w:rPr>
              <w:t>PCC meeting</w:t>
            </w:r>
            <w:r w:rsidRPr="009A2F63">
              <w:rPr>
                <w:color w:val="4BACC6" w:themeColor="accent5"/>
                <w:sz w:val="22"/>
              </w:rPr>
              <w:t xml:space="preserve"> </w:t>
            </w:r>
            <w:r w:rsidRPr="009A2F63">
              <w:rPr>
                <w:b/>
                <w:bCs/>
                <w:color w:val="4BACC6" w:themeColor="accent5"/>
                <w:sz w:val="22"/>
              </w:rPr>
              <w:t>Wednesday 11th November</w:t>
            </w:r>
            <w:r w:rsidRPr="009A2F63">
              <w:rPr>
                <w:color w:val="4BACC6" w:themeColor="accent5"/>
                <w:sz w:val="22"/>
              </w:rPr>
              <w:t xml:space="preserve"> </w:t>
            </w:r>
            <w:r w:rsidRPr="00484FC5">
              <w:rPr>
                <w:sz w:val="22"/>
              </w:rPr>
              <w:t>at 7.30pm in the church office.</w:t>
            </w:r>
          </w:p>
          <w:p w14:paraId="46530AB8" w14:textId="77777777" w:rsidR="00540FB0" w:rsidRPr="00484FC5" w:rsidRDefault="00000000">
            <w:pPr>
              <w:spacing w:before="100" w:line="259" w:lineRule="auto"/>
              <w:ind w:left="200" w:hanging="200"/>
              <w:rPr>
                <w:sz w:val="22"/>
              </w:rPr>
            </w:pPr>
            <w:r w:rsidRPr="00484FC5">
              <w:rPr>
                <w:sz w:val="22"/>
              </w:rPr>
              <w:t xml:space="preserve">• </w:t>
            </w:r>
            <w:r w:rsidRPr="009A2F63">
              <w:rPr>
                <w:b/>
                <w:bCs/>
                <w:color w:val="8064A2" w:themeColor="accent4"/>
                <w:sz w:val="22"/>
              </w:rPr>
              <w:t>Sunday 15th November:</w:t>
            </w:r>
            <w:r w:rsidRPr="009A2F63">
              <w:rPr>
                <w:color w:val="8064A2" w:themeColor="accent4"/>
                <w:sz w:val="22"/>
              </w:rPr>
              <w:t xml:space="preserve"> </w:t>
            </w:r>
            <w:r w:rsidRPr="009A2F63">
              <w:rPr>
                <w:b/>
                <w:bCs/>
                <w:color w:val="8064A2" w:themeColor="accent4"/>
                <w:sz w:val="22"/>
              </w:rPr>
              <w:t xml:space="preserve">Baptism </w:t>
            </w:r>
            <w:r w:rsidRPr="00484FC5">
              <w:rPr>
                <w:sz w:val="22"/>
              </w:rPr>
              <w:t>of Atticus during the 11am service.</w:t>
            </w:r>
          </w:p>
          <w:p w14:paraId="7ACF21F0" w14:textId="77777777" w:rsidR="00540FB0" w:rsidRPr="00484FC5" w:rsidRDefault="00000000">
            <w:pPr>
              <w:spacing w:before="100" w:line="259" w:lineRule="auto"/>
              <w:ind w:left="200" w:hanging="200"/>
              <w:rPr>
                <w:sz w:val="22"/>
              </w:rPr>
            </w:pPr>
            <w:r w:rsidRPr="00484FC5">
              <w:rPr>
                <w:sz w:val="22"/>
              </w:rPr>
              <w:t xml:space="preserve">• </w:t>
            </w:r>
            <w:r w:rsidRPr="00484FC5">
              <w:rPr>
                <w:b/>
                <w:color w:val="4776B2"/>
                <w:sz w:val="22"/>
              </w:rPr>
              <w:t>Tea and Toast Stay and Play</w:t>
            </w:r>
            <w:r w:rsidRPr="00484FC5">
              <w:rPr>
                <w:sz w:val="22"/>
              </w:rPr>
              <w:t xml:space="preserve"> for babies, toddlers and preschoolers, 9–10.15am on Friday 20th November in the church hall.</w:t>
            </w:r>
          </w:p>
          <w:p w14:paraId="7755E002" w14:textId="77777777" w:rsidR="00540FB0" w:rsidRPr="00484FC5" w:rsidRDefault="00000000">
            <w:pPr>
              <w:spacing w:before="100" w:line="259" w:lineRule="auto"/>
              <w:ind w:left="200" w:hanging="200"/>
              <w:rPr>
                <w:sz w:val="22"/>
              </w:rPr>
            </w:pPr>
            <w:r w:rsidRPr="00484FC5">
              <w:rPr>
                <w:sz w:val="22"/>
              </w:rPr>
              <w:t xml:space="preserve">• </w:t>
            </w:r>
            <w:r w:rsidRPr="009A2F63">
              <w:rPr>
                <w:b/>
                <w:color w:val="943634" w:themeColor="accent2" w:themeShade="BF"/>
                <w:sz w:val="22"/>
              </w:rPr>
              <w:t>Ladies’ Breakfast</w:t>
            </w:r>
            <w:r w:rsidRPr="009A2F63">
              <w:rPr>
                <w:color w:val="943634" w:themeColor="accent2" w:themeShade="BF"/>
                <w:sz w:val="22"/>
              </w:rPr>
              <w:t xml:space="preserve"> </w:t>
            </w:r>
            <w:r w:rsidRPr="009A2F63">
              <w:rPr>
                <w:b/>
                <w:bCs/>
                <w:color w:val="943634" w:themeColor="accent2" w:themeShade="BF"/>
                <w:sz w:val="22"/>
              </w:rPr>
              <w:t>9–10am Saturday 21st November</w:t>
            </w:r>
            <w:r w:rsidRPr="009A2F63">
              <w:rPr>
                <w:color w:val="943634" w:themeColor="accent2" w:themeShade="BF"/>
                <w:sz w:val="22"/>
              </w:rPr>
              <w:t xml:space="preserve"> </w:t>
            </w:r>
            <w:r w:rsidRPr="00484FC5">
              <w:rPr>
                <w:sz w:val="22"/>
              </w:rPr>
              <w:t>in the church hall.</w:t>
            </w:r>
          </w:p>
          <w:p w14:paraId="347F9541" w14:textId="77777777" w:rsidR="00540FB0" w:rsidRPr="00484FC5" w:rsidRDefault="00000000">
            <w:pPr>
              <w:spacing w:before="100" w:line="259" w:lineRule="auto"/>
              <w:ind w:left="200" w:hanging="200"/>
              <w:rPr>
                <w:sz w:val="22"/>
              </w:rPr>
            </w:pPr>
            <w:r w:rsidRPr="00484FC5">
              <w:rPr>
                <w:sz w:val="22"/>
              </w:rPr>
              <w:t xml:space="preserve">• </w:t>
            </w:r>
            <w:r w:rsidRPr="00484FC5">
              <w:rPr>
                <w:b/>
                <w:color w:val="CE1E1A"/>
                <w:sz w:val="22"/>
              </w:rPr>
              <w:t>Christmas Fair</w:t>
            </w:r>
            <w:r w:rsidRPr="00484FC5">
              <w:rPr>
                <w:sz w:val="22"/>
              </w:rPr>
              <w:t xml:space="preserve"> </w:t>
            </w:r>
            <w:r w:rsidRPr="009A2F63">
              <w:rPr>
                <w:b/>
                <w:bCs/>
                <w:color w:val="EE0000"/>
                <w:sz w:val="22"/>
              </w:rPr>
              <w:t>Saturday 12th December</w:t>
            </w:r>
            <w:r w:rsidRPr="009A2F63">
              <w:rPr>
                <w:color w:val="EE0000"/>
                <w:sz w:val="22"/>
              </w:rPr>
              <w:t xml:space="preserve"> </w:t>
            </w:r>
            <w:r w:rsidRPr="00484FC5">
              <w:rPr>
                <w:sz w:val="22"/>
              </w:rPr>
              <w:t>in the Fentham Hall, 10am–3pm. Please speak to Anna about helping on the rota. Bottles and chocolates are needed for the bottle pull and chocolate tombola.</w:t>
            </w:r>
          </w:p>
          <w:p w14:paraId="1D8DA114" w14:textId="77777777" w:rsidR="00540FB0" w:rsidRPr="00484FC5" w:rsidRDefault="00000000">
            <w:pPr>
              <w:spacing w:before="100" w:line="259" w:lineRule="auto"/>
              <w:ind w:left="200" w:hanging="200"/>
              <w:rPr>
                <w:sz w:val="22"/>
              </w:rPr>
            </w:pPr>
            <w:r w:rsidRPr="00484FC5">
              <w:rPr>
                <w:sz w:val="22"/>
              </w:rPr>
              <w:t xml:space="preserve">• </w:t>
            </w:r>
            <w:r w:rsidRPr="00484FC5">
              <w:rPr>
                <w:b/>
                <w:color w:val="699C43"/>
                <w:sz w:val="22"/>
              </w:rPr>
              <w:t>Christmas cards</w:t>
            </w:r>
            <w:r w:rsidRPr="00484FC5">
              <w:rPr>
                <w:sz w:val="22"/>
              </w:rPr>
              <w:t xml:space="preserve"> featuring an original oil painting of the church by Michael Culverwell are available for £1.50 each, in aid of church funds. Order forms are at the back of church.</w:t>
            </w:r>
          </w:p>
          <w:p w14:paraId="5D693429" w14:textId="77777777" w:rsidR="00540FB0" w:rsidRPr="00D668E0" w:rsidRDefault="00000000">
            <w:pPr>
              <w:spacing w:before="220" w:after="80" w:line="259" w:lineRule="auto"/>
              <w:rPr>
                <w:sz w:val="28"/>
                <w:szCs w:val="28"/>
              </w:rPr>
            </w:pPr>
            <w:r w:rsidRPr="00D668E0">
              <w:rPr>
                <w:b/>
                <w:color w:val="699C43"/>
                <w:sz w:val="28"/>
                <w:szCs w:val="28"/>
                <w:u w:val="single"/>
              </w:rPr>
              <w:t>Barston</w:t>
            </w:r>
          </w:p>
          <w:p w14:paraId="2802F611" w14:textId="77777777" w:rsidR="00540FB0" w:rsidRPr="00484FC5" w:rsidRDefault="00000000">
            <w:pPr>
              <w:spacing w:before="100" w:line="259" w:lineRule="auto"/>
              <w:ind w:left="200" w:hanging="200"/>
              <w:rPr>
                <w:sz w:val="22"/>
              </w:rPr>
            </w:pPr>
            <w:r w:rsidRPr="00484FC5">
              <w:rPr>
                <w:sz w:val="22"/>
              </w:rPr>
              <w:t xml:space="preserve">• </w:t>
            </w:r>
            <w:r w:rsidRPr="00484FC5">
              <w:rPr>
                <w:b/>
                <w:color w:val="BA5C1E"/>
                <w:sz w:val="22"/>
              </w:rPr>
              <w:t>Thank you</w:t>
            </w:r>
            <w:r w:rsidRPr="00484FC5">
              <w:rPr>
                <w:sz w:val="22"/>
              </w:rPr>
              <w:t xml:space="preserve"> to everyone who decorated the church for Remembrance Sunday. A great team effort. Thank you to Rachael for leading the service and Chris for preaching.</w:t>
            </w:r>
          </w:p>
          <w:p w14:paraId="14A6B69B" w14:textId="77777777" w:rsidR="00540FB0" w:rsidRPr="00484FC5" w:rsidRDefault="00000000">
            <w:pPr>
              <w:spacing w:before="100" w:line="259" w:lineRule="auto"/>
              <w:ind w:left="200" w:hanging="200"/>
              <w:rPr>
                <w:sz w:val="22"/>
              </w:rPr>
            </w:pPr>
            <w:r w:rsidRPr="00484FC5">
              <w:rPr>
                <w:sz w:val="22"/>
              </w:rPr>
              <w:t xml:space="preserve">• </w:t>
            </w:r>
            <w:r w:rsidRPr="00484FC5">
              <w:rPr>
                <w:b/>
                <w:color w:val="4776B2"/>
                <w:sz w:val="22"/>
              </w:rPr>
              <w:t>Wednesday 11th November: Eastcote Park</w:t>
            </w:r>
            <w:r w:rsidRPr="00484FC5">
              <w:rPr>
                <w:sz w:val="22"/>
              </w:rPr>
              <w:t xml:space="preserve"> Service of Remembrance at 11am, led by Rev. Nick Parker.</w:t>
            </w:r>
          </w:p>
          <w:p w14:paraId="5AB81646" w14:textId="77777777" w:rsidR="00540FB0" w:rsidRPr="00484FC5" w:rsidRDefault="00000000">
            <w:pPr>
              <w:spacing w:before="100" w:line="259" w:lineRule="auto"/>
              <w:ind w:left="200" w:hanging="200"/>
              <w:rPr>
                <w:sz w:val="22"/>
              </w:rPr>
            </w:pPr>
            <w:r w:rsidRPr="00484FC5">
              <w:rPr>
                <w:sz w:val="22"/>
              </w:rPr>
              <w:t xml:space="preserve">• </w:t>
            </w:r>
            <w:r w:rsidRPr="00484FC5">
              <w:rPr>
                <w:b/>
                <w:color w:val="CE1E1A"/>
                <w:sz w:val="22"/>
              </w:rPr>
              <w:t>Saturday 14th November: Christmas Fayre</w:t>
            </w:r>
            <w:r w:rsidRPr="00484FC5">
              <w:rPr>
                <w:sz w:val="22"/>
              </w:rPr>
              <w:t xml:space="preserve"> at St Swithin’s House, 10am–1pm. Handmade gifts, cards, preserves, cakes, bric-a-brac and jigsaws. Entry £3, including mulled wine, mince pies and coffee.</w:t>
            </w:r>
          </w:p>
          <w:p w14:paraId="633B5D95" w14:textId="77777777" w:rsidR="00540FB0" w:rsidRPr="00484FC5" w:rsidRDefault="00000000">
            <w:pPr>
              <w:spacing w:before="100" w:line="259" w:lineRule="auto"/>
              <w:ind w:left="200" w:hanging="200"/>
              <w:rPr>
                <w:sz w:val="22"/>
              </w:rPr>
            </w:pPr>
            <w:r w:rsidRPr="00484FC5">
              <w:rPr>
                <w:sz w:val="22"/>
              </w:rPr>
              <w:t xml:space="preserve">• </w:t>
            </w:r>
            <w:r w:rsidRPr="00484FC5">
              <w:rPr>
                <w:b/>
                <w:color w:val="4776B2"/>
                <w:sz w:val="22"/>
              </w:rPr>
              <w:t>Saturday 14th November, 2pm: Baptism of James</w:t>
            </w:r>
            <w:r w:rsidRPr="00484FC5">
              <w:rPr>
                <w:sz w:val="22"/>
              </w:rPr>
              <w:t>, son of Jake and Laura Harrhy, who were married here last year. Please pray for the service and for Stuart as he comes to officiate.</w:t>
            </w:r>
          </w:p>
          <w:p w14:paraId="77821B61" w14:textId="77777777" w:rsidR="00540FB0" w:rsidRPr="00484FC5" w:rsidRDefault="00000000">
            <w:pPr>
              <w:spacing w:before="100" w:line="259" w:lineRule="auto"/>
              <w:ind w:left="200" w:hanging="200"/>
              <w:rPr>
                <w:sz w:val="22"/>
              </w:rPr>
            </w:pPr>
            <w:r w:rsidRPr="00484FC5">
              <w:rPr>
                <w:sz w:val="22"/>
              </w:rPr>
              <w:t xml:space="preserve">• </w:t>
            </w:r>
            <w:r w:rsidRPr="00484FC5">
              <w:rPr>
                <w:b/>
                <w:color w:val="7E36A4"/>
                <w:sz w:val="22"/>
              </w:rPr>
              <w:t>Wednesday 18th November: PCC meeting</w:t>
            </w:r>
            <w:r w:rsidRPr="00484FC5">
              <w:rPr>
                <w:sz w:val="22"/>
              </w:rPr>
              <w:t xml:space="preserve"> at 7.30pm in St Swithin’s House.</w:t>
            </w:r>
          </w:p>
          <w:p w14:paraId="26E13321" w14:textId="287350F5" w:rsidR="00D668E0" w:rsidRPr="00484FC5" w:rsidRDefault="00000000" w:rsidP="00D668E0">
            <w:pPr>
              <w:spacing w:before="100" w:line="259" w:lineRule="auto"/>
              <w:ind w:left="200" w:hanging="200"/>
              <w:rPr>
                <w:sz w:val="22"/>
              </w:rPr>
            </w:pPr>
            <w:r w:rsidRPr="00484FC5">
              <w:rPr>
                <w:sz w:val="22"/>
              </w:rPr>
              <w:t xml:space="preserve">• </w:t>
            </w:r>
            <w:r w:rsidRPr="00484FC5">
              <w:rPr>
                <w:b/>
                <w:color w:val="699C43"/>
                <w:sz w:val="22"/>
              </w:rPr>
              <w:t>Saturday 28th November: Advent Quiet Morning</w:t>
            </w:r>
            <w:r w:rsidRPr="00484FC5">
              <w:rPr>
                <w:sz w:val="22"/>
              </w:rPr>
              <w:t>, 10am–12 noon, Old Hall, Temple Balsall. Led by Rev. Debbie Collins. Theme: Hope, Love, Joy, Peace. Please speak to Linda if interested.</w:t>
            </w:r>
          </w:p>
          <w:p w14:paraId="12E99475" w14:textId="77777777" w:rsidR="00540FB0" w:rsidRDefault="00000000">
            <w:pPr>
              <w:spacing w:before="100" w:line="259" w:lineRule="auto"/>
              <w:ind w:left="200" w:hanging="200"/>
            </w:pPr>
            <w:r w:rsidRPr="00484FC5">
              <w:rPr>
                <w:sz w:val="22"/>
              </w:rPr>
              <w:t xml:space="preserve">• </w:t>
            </w:r>
            <w:r w:rsidRPr="00484FC5">
              <w:rPr>
                <w:b/>
                <w:color w:val="4776B2"/>
                <w:sz w:val="22"/>
              </w:rPr>
              <w:t>Sunday 29th November: Toy Service</w:t>
            </w:r>
            <w:r w:rsidRPr="00484FC5">
              <w:rPr>
                <w:sz w:val="22"/>
              </w:rPr>
              <w:t xml:space="preserve"> with a guest speaker from Birmingham City Mission. Donated toys will go to children in the city. Suggested gifts are listed on handouts on the porch table.</w:t>
            </w:r>
          </w:p>
        </w:tc>
        <w:tc>
          <w:tcPr>
            <w:tcW w:w="300" w:type="dxa"/>
            <w:tcMar>
              <w:top w:w="0" w:type="dxa"/>
              <w:left w:w="35" w:type="dxa"/>
              <w:bottom w:w="0" w:type="dxa"/>
              <w:right w:w="35" w:type="dxa"/>
            </w:tcMar>
          </w:tcPr>
          <w:p w14:paraId="25F110FE" w14:textId="77777777" w:rsidR="00540FB0" w:rsidRDefault="00540FB0"/>
        </w:tc>
        <w:tc>
          <w:tcPr>
            <w:tcW w:w="5060" w:type="dxa"/>
            <w:tcMar>
              <w:top w:w="0" w:type="dxa"/>
              <w:left w:w="35" w:type="dxa"/>
              <w:bottom w:w="0" w:type="dxa"/>
              <w:right w:w="35" w:type="dxa"/>
            </w:tcMar>
          </w:tcPr>
          <w:p w14:paraId="2C259480" w14:textId="77777777" w:rsidR="00540FB0" w:rsidRPr="00D668E0" w:rsidRDefault="00000000">
            <w:pPr>
              <w:spacing w:after="80" w:line="259" w:lineRule="auto"/>
              <w:rPr>
                <w:sz w:val="28"/>
                <w:szCs w:val="28"/>
              </w:rPr>
            </w:pPr>
            <w:r w:rsidRPr="00D668E0">
              <w:rPr>
                <w:b/>
                <w:color w:val="699C43"/>
                <w:sz w:val="28"/>
                <w:szCs w:val="28"/>
                <w:u w:val="single"/>
              </w:rPr>
              <w:t>Barston continued</w:t>
            </w:r>
          </w:p>
          <w:p w14:paraId="38BEBD21" w14:textId="77777777" w:rsidR="00540FB0" w:rsidRDefault="00000000">
            <w:pPr>
              <w:spacing w:before="80" w:line="259" w:lineRule="auto"/>
              <w:ind w:left="200" w:hanging="200"/>
            </w:pPr>
            <w:r>
              <w:t xml:space="preserve">• </w:t>
            </w:r>
            <w:r w:rsidRPr="00484FC5">
              <w:rPr>
                <w:bCs/>
                <w:color w:val="000000"/>
                <w:sz w:val="22"/>
              </w:rPr>
              <w:t>Please continue to pray for Robin,</w:t>
            </w:r>
            <w:r w:rsidRPr="00484FC5">
              <w:rPr>
                <w:sz w:val="22"/>
              </w:rPr>
              <w:t xml:space="preserve"> the medical team caring for him, and Sue and family as they visit daily.</w:t>
            </w:r>
          </w:p>
          <w:p w14:paraId="086A7189" w14:textId="77777777" w:rsidR="00540FB0" w:rsidRPr="00D668E0" w:rsidRDefault="00000000">
            <w:pPr>
              <w:spacing w:before="260" w:after="80" w:line="259" w:lineRule="auto"/>
              <w:rPr>
                <w:sz w:val="28"/>
                <w:szCs w:val="28"/>
              </w:rPr>
            </w:pPr>
            <w:r w:rsidRPr="00D668E0">
              <w:rPr>
                <w:b/>
                <w:color w:val="699C43"/>
                <w:sz w:val="28"/>
                <w:szCs w:val="28"/>
                <w:u w:val="single"/>
              </w:rPr>
              <w:t>Bickenhill</w:t>
            </w:r>
          </w:p>
          <w:p w14:paraId="76924060" w14:textId="77777777" w:rsidR="00540FB0" w:rsidRPr="00484FC5" w:rsidRDefault="00000000">
            <w:pPr>
              <w:spacing w:before="80" w:line="259" w:lineRule="auto"/>
              <w:ind w:left="200" w:hanging="200"/>
              <w:rPr>
                <w:sz w:val="22"/>
              </w:rPr>
            </w:pPr>
            <w:r w:rsidRPr="00484FC5">
              <w:rPr>
                <w:sz w:val="22"/>
              </w:rPr>
              <w:t xml:space="preserve">• </w:t>
            </w:r>
            <w:r w:rsidRPr="00484FC5">
              <w:rPr>
                <w:b/>
                <w:color w:val="CE1E1A"/>
                <w:sz w:val="22"/>
              </w:rPr>
              <w:t>Hampton Christmas Fair</w:t>
            </w:r>
            <w:r w:rsidRPr="00484FC5">
              <w:rPr>
                <w:sz w:val="22"/>
              </w:rPr>
              <w:t xml:space="preserve"> on 12th December: Bickenhill will have a table. Please bring new items, handmade crafts and Christmas items. A collection box will be at the back of church.</w:t>
            </w:r>
          </w:p>
          <w:p w14:paraId="63BC9823" w14:textId="77777777" w:rsidR="00540FB0" w:rsidRDefault="00000000">
            <w:pPr>
              <w:spacing w:before="100" w:line="259" w:lineRule="auto"/>
              <w:ind w:left="200" w:hanging="200"/>
              <w:rPr>
                <w:sz w:val="22"/>
              </w:rPr>
            </w:pPr>
            <w:r w:rsidRPr="00484FC5">
              <w:rPr>
                <w:sz w:val="22"/>
              </w:rPr>
              <w:t xml:space="preserve">• </w:t>
            </w:r>
            <w:r w:rsidRPr="00484FC5">
              <w:rPr>
                <w:b/>
                <w:color w:val="7E36A4"/>
                <w:sz w:val="22"/>
              </w:rPr>
              <w:t>Next PCC meeting</w:t>
            </w:r>
            <w:r w:rsidRPr="00484FC5">
              <w:rPr>
                <w:sz w:val="22"/>
              </w:rPr>
              <w:t xml:space="preserve"> is 29th November after the service.</w:t>
            </w:r>
          </w:p>
          <w:p w14:paraId="0F228349" w14:textId="77777777" w:rsidR="00484FC5" w:rsidRDefault="00484FC5">
            <w:pPr>
              <w:spacing w:before="100" w:line="259" w:lineRule="auto"/>
              <w:ind w:left="200" w:hanging="200"/>
              <w:rPr>
                <w:sz w:val="22"/>
              </w:rPr>
            </w:pPr>
          </w:p>
          <w:p w14:paraId="108E6602" w14:textId="77777777" w:rsidR="00484FC5" w:rsidRPr="00484FC5" w:rsidRDefault="00484FC5">
            <w:pPr>
              <w:spacing w:before="100" w:line="259" w:lineRule="auto"/>
              <w:ind w:left="200" w:hanging="200"/>
              <w:rPr>
                <w:sz w:val="22"/>
              </w:rPr>
            </w:pPr>
          </w:p>
          <w:p w14:paraId="11ECD702" w14:textId="41EC12EC" w:rsidR="00484FC5" w:rsidRPr="00484FC5" w:rsidRDefault="00000000">
            <w:pPr>
              <w:spacing w:before="200" w:after="100" w:line="259" w:lineRule="auto"/>
              <w:rPr>
                <w:b/>
                <w:color w:val="CE1E1A"/>
                <w:sz w:val="24"/>
                <w:szCs w:val="24"/>
              </w:rPr>
            </w:pPr>
            <w:r w:rsidRPr="00484FC5">
              <w:rPr>
                <w:b/>
                <w:color w:val="CE1E1A"/>
                <w:sz w:val="24"/>
                <w:szCs w:val="24"/>
              </w:rPr>
              <w:t>Hampton-in-Arden Village Fair</w:t>
            </w:r>
          </w:p>
          <w:p w14:paraId="6C6EC961" w14:textId="77777777" w:rsidR="00540FB0" w:rsidRDefault="00000000">
            <w:pPr>
              <w:spacing w:line="259" w:lineRule="auto"/>
            </w:pPr>
            <w:r>
              <w:rPr>
                <w:noProof/>
              </w:rPr>
              <w:drawing>
                <wp:anchor distT="0" distB="0" distL="114300" distR="114300" simplePos="0" relativeHeight="251660800" behindDoc="1" locked="0" layoutInCell="1" allowOverlap="1" wp14:anchorId="28E3BB4D" wp14:editId="6BC818E7">
                  <wp:simplePos x="0" y="0"/>
                  <wp:positionH relativeFrom="column">
                    <wp:posOffset>-1906</wp:posOffset>
                  </wp:positionH>
                  <wp:positionV relativeFrom="paragraph">
                    <wp:posOffset>2540</wp:posOffset>
                  </wp:positionV>
                  <wp:extent cx="3081619" cy="441007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poster.png"/>
                          <pic:cNvPicPr/>
                        </pic:nvPicPr>
                        <pic:blipFill>
                          <a:blip r:embed="rId7"/>
                          <a:stretch>
                            <a:fillRect/>
                          </a:stretch>
                        </pic:blipFill>
                        <pic:spPr>
                          <a:xfrm>
                            <a:off x="0" y="0"/>
                            <a:ext cx="3090113" cy="4422230"/>
                          </a:xfrm>
                          <a:prstGeom prst="rect">
                            <a:avLst/>
                          </a:prstGeom>
                        </pic:spPr>
                      </pic:pic>
                    </a:graphicData>
                  </a:graphic>
                  <wp14:sizeRelH relativeFrom="margin">
                    <wp14:pctWidth>0</wp14:pctWidth>
                  </wp14:sizeRelH>
                  <wp14:sizeRelV relativeFrom="margin">
                    <wp14:pctHeight>0</wp14:pctHeight>
                  </wp14:sizeRelV>
                </wp:anchor>
              </w:drawing>
            </w:r>
          </w:p>
          <w:p w14:paraId="6E6DDB73" w14:textId="77777777" w:rsidR="00484FC5" w:rsidRPr="00484FC5" w:rsidRDefault="00484FC5" w:rsidP="00484FC5"/>
          <w:p w14:paraId="26194E59" w14:textId="77777777" w:rsidR="00484FC5" w:rsidRPr="00484FC5" w:rsidRDefault="00484FC5" w:rsidP="00484FC5"/>
          <w:p w14:paraId="1B8AF873" w14:textId="77777777" w:rsidR="00484FC5" w:rsidRDefault="00484FC5" w:rsidP="00484FC5"/>
          <w:p w14:paraId="2C4844E0" w14:textId="77777777" w:rsidR="00484FC5" w:rsidRDefault="00484FC5" w:rsidP="00484FC5"/>
          <w:p w14:paraId="151CD76A" w14:textId="6B8710C0" w:rsidR="00484FC5" w:rsidRPr="00484FC5" w:rsidRDefault="00484FC5" w:rsidP="00484FC5">
            <w:pPr>
              <w:tabs>
                <w:tab w:val="left" w:pos="3015"/>
              </w:tabs>
            </w:pPr>
            <w:r>
              <w:tab/>
            </w:r>
          </w:p>
        </w:tc>
      </w:tr>
    </w:tbl>
    <w:p w14:paraId="7B03FA5A" w14:textId="77777777" w:rsidR="00EA59F7" w:rsidRDefault="00EA59F7"/>
    <w:sectPr w:rsidR="00EA59F7" w:rsidSect="00034616">
      <w:pgSz w:w="11906" w:h="16838"/>
      <w:pgMar w:top="680" w:right="540" w:bottom="52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6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18075349">
    <w:abstractNumId w:val="8"/>
  </w:num>
  <w:num w:numId="2" w16cid:durableId="365060563">
    <w:abstractNumId w:val="6"/>
  </w:num>
  <w:num w:numId="3" w16cid:durableId="1194001750">
    <w:abstractNumId w:val="5"/>
  </w:num>
  <w:num w:numId="4" w16cid:durableId="1742023175">
    <w:abstractNumId w:val="4"/>
  </w:num>
  <w:num w:numId="5" w16cid:durableId="196507712">
    <w:abstractNumId w:val="7"/>
  </w:num>
  <w:num w:numId="6" w16cid:durableId="2026521186">
    <w:abstractNumId w:val="3"/>
  </w:num>
  <w:num w:numId="7" w16cid:durableId="1166288998">
    <w:abstractNumId w:val="2"/>
  </w:num>
  <w:num w:numId="8" w16cid:durableId="909459234">
    <w:abstractNumId w:val="1"/>
  </w:num>
  <w:num w:numId="9" w16cid:durableId="1909072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091"/>
    <w:rsid w:val="00034616"/>
    <w:rsid w:val="0006063C"/>
    <w:rsid w:val="00085B46"/>
    <w:rsid w:val="0015074B"/>
    <w:rsid w:val="001C3A77"/>
    <w:rsid w:val="0029639D"/>
    <w:rsid w:val="00326F90"/>
    <w:rsid w:val="00484FC5"/>
    <w:rsid w:val="004873C8"/>
    <w:rsid w:val="00540FB0"/>
    <w:rsid w:val="009A2F63"/>
    <w:rsid w:val="00AA1D8D"/>
    <w:rsid w:val="00B27F1F"/>
    <w:rsid w:val="00B47730"/>
    <w:rsid w:val="00B6629D"/>
    <w:rsid w:val="00C65015"/>
    <w:rsid w:val="00CB0664"/>
    <w:rsid w:val="00D668E0"/>
    <w:rsid w:val="00EA59F7"/>
    <w:rsid w:val="00F4700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1237CF"/>
  <w14:defaultImageDpi w14:val="300"/>
  <w15:docId w15:val="{9FE8AD83-0C69-4907-AEDA-703BE6A06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pPr>
    <w:rPr>
      <w:rFonts w:ascii="Arial" w:hAnsi="Arial"/>
      <w:sz w:val="19"/>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Anna Johnson</cp:lastModifiedBy>
  <cp:revision>2</cp:revision>
  <cp:lastPrinted>2026-11-07T11:25:00Z</cp:lastPrinted>
  <dcterms:created xsi:type="dcterms:W3CDTF">2026-11-07T11:33:00Z</dcterms:created>
  <dcterms:modified xsi:type="dcterms:W3CDTF">2026-11-07T11:33:00Z</dcterms:modified>
  <cp:category/>
</cp:coreProperties>
</file>